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A9018" w14:textId="74EABB84" w:rsidR="003C3941" w:rsidRPr="00C95EE9" w:rsidRDefault="00C16CB4">
      <w:pPr>
        <w:jc w:val="center"/>
        <w:rPr>
          <w:lang w:val="fr-CA"/>
        </w:rPr>
      </w:pPr>
      <w:r>
        <w:rPr>
          <w:noProof/>
        </w:rPr>
        <w:drawing>
          <wp:inline distT="0" distB="0" distL="0" distR="0" wp14:anchorId="6C28B0DC" wp14:editId="2E4AD7CF">
            <wp:extent cx="1123950" cy="1047750"/>
            <wp:effectExtent l="0" t="0" r="0" b="0"/>
            <wp:docPr id="1440626167" name="Image 2" descr="Une image contenant texte, Appareils électroniques, caméra, Caméras et op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26167" name="Image 2" descr="Une image contenant texte, Appareils électroniques, caméra, Caméras et op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AE40" w14:textId="77777777" w:rsidR="003C3941" w:rsidRPr="00C95EE9" w:rsidRDefault="00C16CB4">
      <w:pPr>
        <w:pStyle w:val="Titre"/>
        <w:jc w:val="center"/>
        <w:rPr>
          <w:sz w:val="28"/>
          <w:szCs w:val="28"/>
          <w:lang w:val="fr-CA"/>
        </w:rPr>
      </w:pPr>
      <w:r w:rsidRPr="00C95EE9">
        <w:rPr>
          <w:color w:val="0066CC"/>
          <w:sz w:val="28"/>
          <w:szCs w:val="28"/>
          <w:lang w:val="fr-CA"/>
        </w:rPr>
        <w:t>Formulaire de demande d’achat de photos / impression / édition</w:t>
      </w:r>
    </w:p>
    <w:p w14:paraId="7C97BCAA" w14:textId="77777777" w:rsidR="003C3941" w:rsidRDefault="00C16CB4">
      <w:pPr>
        <w:pStyle w:val="Titre1"/>
      </w:pPr>
      <w:proofErr w:type="spellStart"/>
      <w:r w:rsidRPr="00C95EE9">
        <w:rPr>
          <w:color w:val="0066CC"/>
        </w:rPr>
        <w:t>I</w:t>
      </w:r>
      <w:r>
        <w:rPr>
          <w:color w:val="0066CC"/>
        </w:rPr>
        <w:t>nformations</w:t>
      </w:r>
      <w:proofErr w:type="spellEnd"/>
      <w:r>
        <w:rPr>
          <w:color w:val="0066CC"/>
        </w:rPr>
        <w:t xml:space="preserve"> </w:t>
      </w:r>
      <w:proofErr w:type="spellStart"/>
      <w:r>
        <w:rPr>
          <w:color w:val="0066CC"/>
        </w:rPr>
        <w:t>personnelles</w:t>
      </w:r>
      <w:proofErr w:type="spell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20"/>
        <w:gridCol w:w="2186"/>
      </w:tblGrid>
      <w:tr w:rsidR="003C3941" w14:paraId="41827130" w14:textId="77777777">
        <w:trPr>
          <w:jc w:val="center"/>
        </w:trPr>
        <w:tc>
          <w:tcPr>
            <w:tcW w:w="4320" w:type="dxa"/>
          </w:tcPr>
          <w:p w14:paraId="642DC9C8" w14:textId="77777777" w:rsidR="003C3941" w:rsidRDefault="00C16CB4">
            <w:r>
              <w:rPr>
                <w:b/>
                <w:color w:val="0066CC"/>
              </w:rPr>
              <w:t>Nom complet</w:t>
            </w:r>
          </w:p>
        </w:tc>
        <w:tc>
          <w:tcPr>
            <w:tcW w:w="4320" w:type="dxa"/>
          </w:tcPr>
          <w:p w14:paraId="4BA2D998" w14:textId="35E37459" w:rsidR="003C3941" w:rsidRDefault="003C3941"/>
        </w:tc>
      </w:tr>
      <w:tr w:rsidR="003C3941" w14:paraId="35F1E4B7" w14:textId="77777777">
        <w:trPr>
          <w:jc w:val="center"/>
        </w:trPr>
        <w:tc>
          <w:tcPr>
            <w:tcW w:w="4320" w:type="dxa"/>
          </w:tcPr>
          <w:p w14:paraId="443D1787" w14:textId="77777777" w:rsidR="003C3941" w:rsidRDefault="00C16CB4">
            <w:r>
              <w:rPr>
                <w:b/>
                <w:color w:val="0066CC"/>
              </w:rPr>
              <w:t>Adresse</w:t>
            </w:r>
          </w:p>
        </w:tc>
        <w:tc>
          <w:tcPr>
            <w:tcW w:w="4320" w:type="dxa"/>
          </w:tcPr>
          <w:p w14:paraId="76BC6EC1" w14:textId="0BA66806" w:rsidR="003C3941" w:rsidRDefault="003C3941"/>
        </w:tc>
      </w:tr>
      <w:tr w:rsidR="003C3941" w14:paraId="09495F91" w14:textId="77777777">
        <w:trPr>
          <w:jc w:val="center"/>
        </w:trPr>
        <w:tc>
          <w:tcPr>
            <w:tcW w:w="4320" w:type="dxa"/>
          </w:tcPr>
          <w:p w14:paraId="1BE00B09" w14:textId="77777777" w:rsidR="003C3941" w:rsidRDefault="00C16CB4">
            <w:r>
              <w:rPr>
                <w:b/>
                <w:color w:val="0066CC"/>
              </w:rPr>
              <w:t>Courriel</w:t>
            </w:r>
          </w:p>
        </w:tc>
        <w:tc>
          <w:tcPr>
            <w:tcW w:w="4320" w:type="dxa"/>
          </w:tcPr>
          <w:p w14:paraId="7D1427D7" w14:textId="603B801C" w:rsidR="003C3941" w:rsidRDefault="003C3941"/>
        </w:tc>
      </w:tr>
    </w:tbl>
    <w:p w14:paraId="67F80A3D" w14:textId="77777777" w:rsidR="003C3941" w:rsidRPr="00C95EE9" w:rsidRDefault="00C16CB4">
      <w:pPr>
        <w:pStyle w:val="Titre1"/>
        <w:rPr>
          <w:lang w:val="fr-CA"/>
        </w:rPr>
      </w:pPr>
      <w:r w:rsidRPr="00C95EE9">
        <w:rPr>
          <w:color w:val="0066CC"/>
          <w:lang w:val="fr-CA"/>
        </w:rPr>
        <w:t>Mes Galeries – Édition de mes projets photos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206"/>
      </w:tblGrid>
      <w:tr w:rsidR="003C3941" w14:paraId="4C94AF30" w14:textId="77777777">
        <w:trPr>
          <w:jc w:val="center"/>
        </w:trPr>
        <w:tc>
          <w:tcPr>
            <w:tcW w:w="4320" w:type="dxa"/>
          </w:tcPr>
          <w:p w14:paraId="31ADA3E6" w14:textId="77777777" w:rsidR="003C3941" w:rsidRDefault="00C16CB4">
            <w:r>
              <w:t xml:space="preserve">Nom de la </w:t>
            </w:r>
            <w:proofErr w:type="spellStart"/>
            <w:r>
              <w:t>galerie</w:t>
            </w:r>
            <w:proofErr w:type="spellEnd"/>
          </w:p>
        </w:tc>
        <w:tc>
          <w:tcPr>
            <w:tcW w:w="4320" w:type="dxa"/>
          </w:tcPr>
          <w:p w14:paraId="6D756AF2" w14:textId="3A82AEBD" w:rsidR="003C3941" w:rsidRDefault="003C3941"/>
        </w:tc>
      </w:tr>
      <w:tr w:rsidR="003C3941" w14:paraId="3FA51608" w14:textId="77777777">
        <w:trPr>
          <w:jc w:val="center"/>
        </w:trPr>
        <w:tc>
          <w:tcPr>
            <w:tcW w:w="4320" w:type="dxa"/>
          </w:tcPr>
          <w:p w14:paraId="7F11A637" w14:textId="77777777" w:rsidR="003C3941" w:rsidRDefault="00C16CB4">
            <w:r>
              <w:t>Numéro de la photo</w:t>
            </w:r>
          </w:p>
        </w:tc>
        <w:tc>
          <w:tcPr>
            <w:tcW w:w="4320" w:type="dxa"/>
          </w:tcPr>
          <w:p w14:paraId="63228DC1" w14:textId="4E248B51" w:rsidR="003C3941" w:rsidRDefault="003C3941"/>
        </w:tc>
      </w:tr>
    </w:tbl>
    <w:p w14:paraId="356A72F5" w14:textId="77777777" w:rsidR="00316B8C" w:rsidRDefault="00316B8C"/>
    <w:p w14:paraId="3B4B007B" w14:textId="6B018C26" w:rsidR="003C3941" w:rsidRDefault="00C16CB4">
      <w:r>
        <w:t xml:space="preserve">Type de </w:t>
      </w:r>
      <w:proofErr w:type="spellStart"/>
      <w:r>
        <w:t>fichier</w:t>
      </w:r>
      <w:proofErr w:type="spellEnd"/>
      <w:r>
        <w:t xml:space="preserve"> </w:t>
      </w:r>
      <w:proofErr w:type="spellStart"/>
      <w:proofErr w:type="gramStart"/>
      <w:r>
        <w:t>souhaité</w:t>
      </w:r>
      <w:proofErr w:type="spellEnd"/>
      <w:r>
        <w:t xml:space="preserve"> :</w:t>
      </w:r>
      <w:proofErr w:type="gramEnd"/>
    </w:p>
    <w:p w14:paraId="475E44C7" w14:textId="77777777" w:rsidR="003C3941" w:rsidRDefault="00C16CB4">
      <w:pPr>
        <w:pStyle w:val="Listepuces"/>
      </w:pPr>
      <w:r>
        <w:t>☐ Fichier numérique seulement</w:t>
      </w:r>
    </w:p>
    <w:p w14:paraId="068154D2" w14:textId="77777777" w:rsidR="003C3941" w:rsidRDefault="00C16CB4">
      <w:pPr>
        <w:pStyle w:val="Listepuces"/>
      </w:pPr>
      <w:r>
        <w:t>☐ Impression papier</w:t>
      </w:r>
    </w:p>
    <w:p w14:paraId="2A9FBD8E" w14:textId="77777777" w:rsidR="003C3941" w:rsidRDefault="00C16CB4">
      <w:r>
        <w:t>Format demandé :</w:t>
      </w:r>
    </w:p>
    <w:p w14:paraId="4D37AC14" w14:textId="77777777" w:rsidR="003C3941" w:rsidRDefault="00C16CB4">
      <w:pPr>
        <w:pStyle w:val="Listepuces"/>
      </w:pPr>
      <w:r>
        <w:t>☐ 4 × 6 po</w:t>
      </w:r>
    </w:p>
    <w:p w14:paraId="6BD15DA5" w14:textId="77777777" w:rsidR="003C3941" w:rsidRDefault="00C16CB4">
      <w:pPr>
        <w:pStyle w:val="Listepuces"/>
      </w:pPr>
      <w:r>
        <w:t>☐ 5 × 7 po</w:t>
      </w:r>
    </w:p>
    <w:p w14:paraId="5A026FBC" w14:textId="77777777" w:rsidR="003C3941" w:rsidRDefault="00C16CB4">
      <w:pPr>
        <w:pStyle w:val="Listepuces"/>
      </w:pPr>
      <w:r>
        <w:t>☐ 8 × 10 po</w:t>
      </w:r>
    </w:p>
    <w:p w14:paraId="2A85759C" w14:textId="77777777" w:rsidR="003C3941" w:rsidRDefault="00C16CB4">
      <w:pPr>
        <w:pStyle w:val="Listepuces"/>
      </w:pPr>
      <w:r>
        <w:t>☐ 8,5 × 11 po</w:t>
      </w:r>
    </w:p>
    <w:p w14:paraId="5CFDB43E" w14:textId="77777777" w:rsidR="003C3941" w:rsidRDefault="00C16CB4">
      <w:pPr>
        <w:pStyle w:val="Listepuces"/>
      </w:pPr>
      <w:r>
        <w:t>☐ 11 × 14 po</w:t>
      </w:r>
    </w:p>
    <w:p w14:paraId="0BF88ECF" w14:textId="77777777" w:rsidR="003C3941" w:rsidRDefault="00C16CB4">
      <w:pPr>
        <w:pStyle w:val="Listepuces"/>
      </w:pPr>
      <w:r>
        <w:t>☐ 13 × 19 po</w:t>
      </w:r>
    </w:p>
    <w:p w14:paraId="52AED97D" w14:textId="77777777" w:rsidR="003C3941" w:rsidRDefault="00C16CB4">
      <w:pPr>
        <w:pStyle w:val="Titre1"/>
      </w:pPr>
      <w:r>
        <w:rPr>
          <w:color w:val="0066CC"/>
        </w:rPr>
        <w:t xml:space="preserve">Vos </w:t>
      </w:r>
      <w:proofErr w:type="spellStart"/>
      <w:r>
        <w:rPr>
          <w:color w:val="0066CC"/>
        </w:rPr>
        <w:t>projets</w:t>
      </w:r>
      <w:proofErr w:type="spellEnd"/>
      <w:r>
        <w:rPr>
          <w:color w:val="0066CC"/>
        </w:rPr>
        <w:t xml:space="preserve"> photos</w:t>
      </w:r>
    </w:p>
    <w:p w14:paraId="18DA7EDB" w14:textId="77777777" w:rsidR="003C3941" w:rsidRDefault="00C16CB4">
      <w:r>
        <w:t>Type de fichier souhaité :</w:t>
      </w:r>
    </w:p>
    <w:p w14:paraId="1141675C" w14:textId="77777777" w:rsidR="003C3941" w:rsidRDefault="00C16CB4">
      <w:pPr>
        <w:pStyle w:val="Listepuces"/>
      </w:pPr>
      <w:r>
        <w:t>☐ Fichier numérique seulement</w:t>
      </w:r>
    </w:p>
    <w:p w14:paraId="1526F90F" w14:textId="77777777" w:rsidR="003C3941" w:rsidRDefault="00C16CB4">
      <w:pPr>
        <w:pStyle w:val="Listepuces"/>
      </w:pPr>
      <w:r>
        <w:t>☐ Impression papier</w:t>
      </w:r>
    </w:p>
    <w:p w14:paraId="132D769D" w14:textId="77777777" w:rsidR="003C3941" w:rsidRDefault="00C16CB4">
      <w:r>
        <w:t>Format demandé :</w:t>
      </w:r>
    </w:p>
    <w:p w14:paraId="522C276C" w14:textId="77777777" w:rsidR="003C3941" w:rsidRDefault="00C16CB4">
      <w:pPr>
        <w:pStyle w:val="Listepuces"/>
      </w:pPr>
      <w:r>
        <w:t>☐ 4 × 6 po</w:t>
      </w:r>
    </w:p>
    <w:p w14:paraId="02F13188" w14:textId="77777777" w:rsidR="003C3941" w:rsidRDefault="00C16CB4">
      <w:pPr>
        <w:pStyle w:val="Listepuces"/>
      </w:pPr>
      <w:r>
        <w:t>☐ 5 × 7 po</w:t>
      </w:r>
    </w:p>
    <w:p w14:paraId="7A05D2F8" w14:textId="77777777" w:rsidR="003C3941" w:rsidRDefault="00C16CB4">
      <w:pPr>
        <w:pStyle w:val="Listepuces"/>
      </w:pPr>
      <w:r>
        <w:t>☐ 8 × 10 po</w:t>
      </w:r>
    </w:p>
    <w:p w14:paraId="4C7B6683" w14:textId="77777777" w:rsidR="003C3941" w:rsidRDefault="00C16CB4">
      <w:pPr>
        <w:pStyle w:val="Listepuces"/>
      </w:pPr>
      <w:r>
        <w:t>☐ 8,5 × 11 po</w:t>
      </w:r>
    </w:p>
    <w:p w14:paraId="35188815" w14:textId="77777777" w:rsidR="003C3941" w:rsidRDefault="00C16CB4">
      <w:pPr>
        <w:pStyle w:val="Listepuces"/>
      </w:pPr>
      <w:r>
        <w:t>☐ 11 × 14 po</w:t>
      </w:r>
    </w:p>
    <w:p w14:paraId="092954F7" w14:textId="77777777" w:rsidR="003C3941" w:rsidRDefault="00C16CB4">
      <w:pPr>
        <w:pStyle w:val="Listepuces"/>
      </w:pPr>
      <w:r>
        <w:t>☐ 13 × 19 po</w:t>
      </w:r>
    </w:p>
    <w:p w14:paraId="69942FBA" w14:textId="77777777" w:rsidR="00C95EE9" w:rsidRDefault="00C95EE9">
      <w:pPr>
        <w:pStyle w:val="Titre1"/>
        <w:rPr>
          <w:color w:val="0066CC"/>
        </w:rPr>
      </w:pPr>
    </w:p>
    <w:p w14:paraId="620D8271" w14:textId="71387D0F" w:rsidR="00C95EE9" w:rsidRDefault="00C95EE9">
      <w:pPr>
        <w:pStyle w:val="Titre1"/>
        <w:rPr>
          <w:color w:val="0066CC"/>
        </w:rPr>
      </w:pPr>
    </w:p>
    <w:p w14:paraId="726B4E01" w14:textId="77777777" w:rsidR="00391770" w:rsidRDefault="00391770">
      <w:pPr>
        <w:pStyle w:val="Titre1"/>
        <w:rPr>
          <w:color w:val="0066CC"/>
          <w:lang w:val="fr-CA"/>
        </w:rPr>
      </w:pPr>
    </w:p>
    <w:p w14:paraId="21ABCC49" w14:textId="77777777" w:rsidR="00391770" w:rsidRDefault="00391770">
      <w:pPr>
        <w:pStyle w:val="Titre1"/>
        <w:rPr>
          <w:color w:val="0066CC"/>
          <w:lang w:val="fr-CA"/>
        </w:rPr>
      </w:pPr>
    </w:p>
    <w:p w14:paraId="7147082F" w14:textId="199C711B" w:rsidR="00C16CB4" w:rsidRPr="00403CF8" w:rsidRDefault="009B71D9">
      <w:pPr>
        <w:pStyle w:val="Titre1"/>
        <w:rPr>
          <w:color w:val="0066CC"/>
          <w:lang w:val="fr-CA"/>
        </w:rPr>
      </w:pPr>
      <w:r w:rsidRPr="00403CF8">
        <w:rPr>
          <w:color w:val="0066CC"/>
          <w:lang w:val="fr-CA"/>
        </w:rPr>
        <w:t>Demande</w:t>
      </w:r>
      <w:r w:rsidR="00AA3E62" w:rsidRPr="00403CF8">
        <w:rPr>
          <w:color w:val="0066CC"/>
          <w:lang w:val="fr-CA"/>
        </w:rPr>
        <w:t>r</w:t>
      </w:r>
      <w:r w:rsidR="00C16CB4" w:rsidRPr="00403CF8">
        <w:rPr>
          <w:color w:val="0066CC"/>
          <w:lang w:val="fr-CA"/>
        </w:rPr>
        <w:t xml:space="preserve"> </w:t>
      </w:r>
      <w:r w:rsidR="00403CF8" w:rsidRPr="00403CF8">
        <w:rPr>
          <w:color w:val="0066CC"/>
          <w:lang w:val="fr-CA"/>
        </w:rPr>
        <w:t>de l’</w:t>
      </w:r>
      <w:r w:rsidR="00AA3E62" w:rsidRPr="00403CF8">
        <w:rPr>
          <w:color w:val="0066CC"/>
          <w:lang w:val="fr-CA"/>
        </w:rPr>
        <w:t>édition</w:t>
      </w:r>
      <w:r w:rsidR="00C16CB4" w:rsidRPr="00403CF8">
        <w:rPr>
          <w:color w:val="0066CC"/>
          <w:lang w:val="fr-CA"/>
        </w:rPr>
        <w:t xml:space="preserve"> de photo</w:t>
      </w:r>
    </w:p>
    <w:p w14:paraId="3D54B56E" w14:textId="4FC9033C" w:rsidR="00C16CB4" w:rsidRPr="00403CF8" w:rsidRDefault="00C16CB4" w:rsidP="00C16CB4">
      <w:pPr>
        <w:rPr>
          <w:lang w:val="fr-CA"/>
        </w:rPr>
      </w:pPr>
      <w:r w:rsidRPr="00C16CB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FF6171" wp14:editId="3F9C3786">
                <wp:simplePos x="0" y="0"/>
                <wp:positionH relativeFrom="column">
                  <wp:posOffset>-25400</wp:posOffset>
                </wp:positionH>
                <wp:positionV relativeFrom="paragraph">
                  <wp:posOffset>58420</wp:posOffset>
                </wp:positionV>
                <wp:extent cx="3000375" cy="857250"/>
                <wp:effectExtent l="57150" t="19050" r="85725" b="95250"/>
                <wp:wrapNone/>
                <wp:docPr id="13486274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857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D91A1" id="Rectangle 3" o:spid="_x0000_s1026" style="position:absolute;margin-left:-2pt;margin-top:4.6pt;width:236.25pt;height:67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41648282" w14:textId="77777777" w:rsidR="00C16CB4" w:rsidRPr="00403CF8" w:rsidRDefault="00C16CB4">
      <w:pPr>
        <w:pStyle w:val="Titre1"/>
        <w:rPr>
          <w:color w:val="0066CC"/>
          <w:lang w:val="fr-CA"/>
        </w:rPr>
      </w:pPr>
    </w:p>
    <w:p w14:paraId="75455F9A" w14:textId="77777777" w:rsidR="00C95EE9" w:rsidRDefault="00C95EE9">
      <w:pPr>
        <w:rPr>
          <w:lang w:val="fr-CA"/>
        </w:rPr>
      </w:pPr>
    </w:p>
    <w:p w14:paraId="5B714C52" w14:textId="7EAAB096" w:rsidR="003C3941" w:rsidRDefault="00C16CB4">
      <w:pPr>
        <w:rPr>
          <w:lang w:val="fr-CA"/>
        </w:rPr>
      </w:pPr>
      <w:r w:rsidRPr="00C95EE9">
        <w:rPr>
          <w:lang w:val="fr-CA"/>
        </w:rPr>
        <w:t>Veuillez remplir tous les champs avant de soumettre ce formulaire.</w:t>
      </w:r>
    </w:p>
    <w:p w14:paraId="679C634E" w14:textId="0717C764" w:rsidR="00316B8C" w:rsidRDefault="00316B8C" w:rsidP="00316B8C">
      <w:pPr>
        <w:pStyle w:val="Paragraphedeliste"/>
        <w:numPr>
          <w:ilvl w:val="0"/>
          <w:numId w:val="10"/>
        </w:numPr>
        <w:rPr>
          <w:lang w:val="fr-CA"/>
        </w:rPr>
      </w:pPr>
      <w:r w:rsidRPr="00316B8C">
        <w:rPr>
          <w:lang w:val="fr-CA"/>
        </w:rPr>
        <w:t>Pour usage personnel</w:t>
      </w:r>
    </w:p>
    <w:p w14:paraId="68367F9F" w14:textId="426943A2" w:rsidR="00316B8C" w:rsidRDefault="00316B8C" w:rsidP="00316B8C">
      <w:pPr>
        <w:pStyle w:val="Paragraphedeliste"/>
        <w:numPr>
          <w:ilvl w:val="0"/>
          <w:numId w:val="10"/>
        </w:numPr>
        <w:rPr>
          <w:lang w:val="fr-CA"/>
        </w:rPr>
      </w:pPr>
      <w:r>
        <w:rPr>
          <w:lang w:val="fr-CA"/>
        </w:rPr>
        <w:t>Pour usage commerciale</w:t>
      </w:r>
    </w:p>
    <w:p w14:paraId="50D1665F" w14:textId="77777777" w:rsidR="00316B8C" w:rsidRDefault="00316B8C" w:rsidP="00316B8C">
      <w:pPr>
        <w:pStyle w:val="Paragraphedeliste"/>
        <w:rPr>
          <w:lang w:val="fr-CA"/>
        </w:rPr>
      </w:pPr>
    </w:p>
    <w:p w14:paraId="2081DBA5" w14:textId="77777777" w:rsidR="00316B8C" w:rsidRDefault="00316B8C" w:rsidP="00316B8C">
      <w:pPr>
        <w:pStyle w:val="Paragraphedeliste"/>
        <w:rPr>
          <w:lang w:val="fr-CA"/>
        </w:rPr>
      </w:pPr>
    </w:p>
    <w:p w14:paraId="51D78BE7" w14:textId="77777777" w:rsidR="00316B8C" w:rsidRDefault="00316B8C" w:rsidP="00316B8C">
      <w:pPr>
        <w:pStyle w:val="Paragraphedeliste"/>
        <w:rPr>
          <w:lang w:val="fr-CA"/>
        </w:rPr>
      </w:pPr>
    </w:p>
    <w:p w14:paraId="1F1E4B76" w14:textId="77777777" w:rsidR="00316B8C" w:rsidRDefault="00316B8C" w:rsidP="00316B8C">
      <w:pPr>
        <w:pStyle w:val="Paragraphedeliste"/>
        <w:rPr>
          <w:lang w:val="fr-CA"/>
        </w:rPr>
      </w:pPr>
    </w:p>
    <w:p w14:paraId="3CFF0ECA" w14:textId="77777777" w:rsidR="00316B8C" w:rsidRDefault="00316B8C" w:rsidP="00316B8C">
      <w:pPr>
        <w:pStyle w:val="Paragraphedeliste"/>
        <w:rPr>
          <w:lang w:val="fr-CA"/>
        </w:rPr>
      </w:pPr>
    </w:p>
    <w:p w14:paraId="05560D59" w14:textId="77777777" w:rsidR="00316B8C" w:rsidRDefault="00316B8C" w:rsidP="00316B8C">
      <w:pPr>
        <w:pStyle w:val="Paragraphedeliste"/>
        <w:rPr>
          <w:lang w:val="fr-CA"/>
        </w:rPr>
      </w:pPr>
    </w:p>
    <w:p w14:paraId="3A37A6DB" w14:textId="77777777" w:rsidR="00316B8C" w:rsidRDefault="00316B8C" w:rsidP="00316B8C">
      <w:pPr>
        <w:pStyle w:val="Paragraphedeliste"/>
        <w:rPr>
          <w:lang w:val="fr-CA"/>
        </w:rPr>
      </w:pPr>
    </w:p>
    <w:p w14:paraId="68C47F2C" w14:textId="77777777" w:rsidR="00316B8C" w:rsidRDefault="00316B8C" w:rsidP="00316B8C">
      <w:pPr>
        <w:pStyle w:val="Paragraphedeliste"/>
        <w:rPr>
          <w:lang w:val="fr-CA"/>
        </w:rPr>
      </w:pPr>
    </w:p>
    <w:p w14:paraId="6A6BE48B" w14:textId="77777777" w:rsidR="00316B8C" w:rsidRDefault="00316B8C" w:rsidP="00316B8C">
      <w:pPr>
        <w:pStyle w:val="Paragraphedeliste"/>
        <w:rPr>
          <w:lang w:val="fr-CA"/>
        </w:rPr>
      </w:pPr>
    </w:p>
    <w:p w14:paraId="4D473475" w14:textId="77777777" w:rsidR="00316B8C" w:rsidRDefault="00316B8C" w:rsidP="00316B8C">
      <w:pPr>
        <w:pStyle w:val="Paragraphedeliste"/>
        <w:rPr>
          <w:lang w:val="fr-CA"/>
        </w:rPr>
      </w:pPr>
    </w:p>
    <w:p w14:paraId="047992EF" w14:textId="77777777" w:rsidR="00316B8C" w:rsidRDefault="00316B8C" w:rsidP="00316B8C">
      <w:pPr>
        <w:pStyle w:val="Paragraphedeliste"/>
        <w:rPr>
          <w:lang w:val="fr-CA"/>
        </w:rPr>
      </w:pPr>
    </w:p>
    <w:p w14:paraId="625CE855" w14:textId="77777777" w:rsidR="00316B8C" w:rsidRDefault="00316B8C" w:rsidP="00316B8C">
      <w:pPr>
        <w:pStyle w:val="Paragraphedeliste"/>
        <w:rPr>
          <w:lang w:val="fr-CA"/>
        </w:rPr>
      </w:pPr>
    </w:p>
    <w:p w14:paraId="2B67B9B4" w14:textId="77777777" w:rsidR="00316B8C" w:rsidRDefault="00316B8C" w:rsidP="00316B8C">
      <w:pPr>
        <w:pStyle w:val="Paragraphedeliste"/>
        <w:rPr>
          <w:lang w:val="fr-CA"/>
        </w:rPr>
      </w:pPr>
    </w:p>
    <w:p w14:paraId="11070F8F" w14:textId="77777777" w:rsidR="00316B8C" w:rsidRDefault="00316B8C" w:rsidP="00316B8C">
      <w:pPr>
        <w:pStyle w:val="Paragraphedeliste"/>
        <w:rPr>
          <w:lang w:val="fr-CA"/>
        </w:rPr>
      </w:pPr>
    </w:p>
    <w:p w14:paraId="4B4C3F2F" w14:textId="77777777" w:rsidR="00316B8C" w:rsidRDefault="00316B8C" w:rsidP="00316B8C">
      <w:pPr>
        <w:pStyle w:val="Paragraphedeliste"/>
        <w:rPr>
          <w:lang w:val="fr-CA"/>
        </w:rPr>
      </w:pPr>
    </w:p>
    <w:p w14:paraId="52B00A81" w14:textId="77777777" w:rsidR="00316B8C" w:rsidRDefault="00316B8C" w:rsidP="00316B8C">
      <w:pPr>
        <w:pStyle w:val="Paragraphedeliste"/>
        <w:rPr>
          <w:lang w:val="fr-CA"/>
        </w:rPr>
      </w:pPr>
    </w:p>
    <w:p w14:paraId="14F32A53" w14:textId="77777777" w:rsidR="00316B8C" w:rsidRDefault="00316B8C" w:rsidP="00316B8C">
      <w:pPr>
        <w:pStyle w:val="Paragraphedeliste"/>
        <w:rPr>
          <w:lang w:val="fr-CA"/>
        </w:rPr>
      </w:pPr>
    </w:p>
    <w:p w14:paraId="0137F732" w14:textId="77777777" w:rsidR="00316B8C" w:rsidRDefault="00316B8C" w:rsidP="00316B8C">
      <w:pPr>
        <w:pStyle w:val="Paragraphedeliste"/>
        <w:rPr>
          <w:lang w:val="fr-CA"/>
        </w:rPr>
      </w:pPr>
    </w:p>
    <w:p w14:paraId="7CF984AF" w14:textId="77777777" w:rsidR="00316B8C" w:rsidRDefault="00316B8C" w:rsidP="00316B8C">
      <w:pPr>
        <w:pStyle w:val="Paragraphedeliste"/>
        <w:rPr>
          <w:lang w:val="fr-CA"/>
        </w:rPr>
      </w:pPr>
    </w:p>
    <w:p w14:paraId="1BA1EF76" w14:textId="77777777" w:rsidR="00316B8C" w:rsidRDefault="00316B8C" w:rsidP="00316B8C">
      <w:pPr>
        <w:pStyle w:val="Paragraphedeliste"/>
        <w:rPr>
          <w:lang w:val="fr-CA"/>
        </w:rPr>
      </w:pPr>
    </w:p>
    <w:p w14:paraId="0A49CB7F" w14:textId="77777777" w:rsidR="00316B8C" w:rsidRDefault="00316B8C" w:rsidP="00316B8C">
      <w:pPr>
        <w:pStyle w:val="Paragraphedeliste"/>
        <w:rPr>
          <w:lang w:val="fr-CA"/>
        </w:rPr>
      </w:pPr>
    </w:p>
    <w:p w14:paraId="34F66C71" w14:textId="77777777" w:rsidR="00316B8C" w:rsidRDefault="00316B8C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FC6E51"/>
        </w:rPr>
      </w:pPr>
    </w:p>
    <w:p w14:paraId="780FAEB0" w14:textId="77777777" w:rsidR="00316B8C" w:rsidRDefault="00316B8C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FC6E51"/>
        </w:rPr>
      </w:pPr>
    </w:p>
    <w:p w14:paraId="7569B4B0" w14:textId="77777777" w:rsidR="00D353B1" w:rsidRDefault="00D353B1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FC6E51"/>
          <w:sz w:val="18"/>
          <w:szCs w:val="18"/>
        </w:rPr>
      </w:pPr>
    </w:p>
    <w:p w14:paraId="562F0EA6" w14:textId="77777777" w:rsidR="00D353B1" w:rsidRDefault="00D353B1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FC6E51"/>
          <w:sz w:val="18"/>
          <w:szCs w:val="18"/>
        </w:rPr>
      </w:pPr>
    </w:p>
    <w:p w14:paraId="37253858" w14:textId="7345C1F7" w:rsidR="00316B8C" w:rsidRPr="00316B8C" w:rsidRDefault="00316B8C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737373"/>
          <w:sz w:val="18"/>
          <w:szCs w:val="18"/>
        </w:rPr>
      </w:pPr>
      <w:r w:rsidRPr="00316B8C">
        <w:rPr>
          <w:rFonts w:ascii="Open Sans" w:hAnsi="Open Sans" w:cs="Open Sans"/>
          <w:color w:val="FC6E51"/>
          <w:sz w:val="18"/>
          <w:szCs w:val="18"/>
        </w:rPr>
        <w:t>© 2026 Créations photographiques Pierre -Tous droits réservés</w:t>
      </w:r>
    </w:p>
    <w:p w14:paraId="29EF6568" w14:textId="77777777" w:rsidR="00316B8C" w:rsidRPr="00316B8C" w:rsidRDefault="00316B8C" w:rsidP="00316B8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737373"/>
          <w:sz w:val="18"/>
          <w:szCs w:val="18"/>
        </w:rPr>
      </w:pPr>
      <w:r w:rsidRPr="00316B8C">
        <w:rPr>
          <w:rFonts w:ascii="Open Sans" w:hAnsi="Open Sans" w:cs="Open Sans"/>
          <w:color w:val="737373"/>
          <w:sz w:val="18"/>
          <w:szCs w:val="18"/>
        </w:rPr>
        <w:t> </w:t>
      </w:r>
    </w:p>
    <w:p w14:paraId="4D3C9EDC" w14:textId="77777777" w:rsidR="00316B8C" w:rsidRPr="00316B8C" w:rsidRDefault="00316B8C" w:rsidP="00316B8C">
      <w:pPr>
        <w:pStyle w:val="Paragraphedeliste"/>
        <w:rPr>
          <w:sz w:val="18"/>
          <w:szCs w:val="18"/>
          <w:lang w:val="fr-CA"/>
        </w:rPr>
      </w:pPr>
    </w:p>
    <w:p w14:paraId="27E48CDB" w14:textId="77777777" w:rsidR="00316B8C" w:rsidRPr="00316B8C" w:rsidRDefault="00316B8C">
      <w:pPr>
        <w:rPr>
          <w:sz w:val="18"/>
          <w:szCs w:val="18"/>
          <w:lang w:val="fr-CA"/>
        </w:rPr>
      </w:pPr>
    </w:p>
    <w:p w14:paraId="43A529A8" w14:textId="77777777" w:rsidR="00316B8C" w:rsidRPr="00316B8C" w:rsidRDefault="00316B8C">
      <w:pPr>
        <w:rPr>
          <w:sz w:val="18"/>
          <w:szCs w:val="18"/>
          <w:lang w:val="fr-CA"/>
        </w:rPr>
      </w:pPr>
    </w:p>
    <w:sectPr w:rsidR="00316B8C" w:rsidRPr="00316B8C" w:rsidSect="00C95EE9">
      <w:pgSz w:w="12240" w:h="15840"/>
      <w:pgMar w:top="238" w:right="244" w:bottom="244" w:left="164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EC60AA5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3577F04"/>
    <w:multiLevelType w:val="hybridMultilevel"/>
    <w:tmpl w:val="341C97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557891">
    <w:abstractNumId w:val="8"/>
  </w:num>
  <w:num w:numId="2" w16cid:durableId="851141596">
    <w:abstractNumId w:val="6"/>
  </w:num>
  <w:num w:numId="3" w16cid:durableId="572395658">
    <w:abstractNumId w:val="5"/>
  </w:num>
  <w:num w:numId="4" w16cid:durableId="974791945">
    <w:abstractNumId w:val="4"/>
  </w:num>
  <w:num w:numId="5" w16cid:durableId="628362363">
    <w:abstractNumId w:val="7"/>
  </w:num>
  <w:num w:numId="6" w16cid:durableId="813452456">
    <w:abstractNumId w:val="3"/>
  </w:num>
  <w:num w:numId="7" w16cid:durableId="916287690">
    <w:abstractNumId w:val="2"/>
  </w:num>
  <w:num w:numId="8" w16cid:durableId="1798570157">
    <w:abstractNumId w:val="1"/>
  </w:num>
  <w:num w:numId="9" w16cid:durableId="1555196660">
    <w:abstractNumId w:val="0"/>
  </w:num>
  <w:num w:numId="10" w16cid:durableId="6943079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3F46"/>
    <w:rsid w:val="0015074B"/>
    <w:rsid w:val="0029639D"/>
    <w:rsid w:val="00316B8C"/>
    <w:rsid w:val="00326F90"/>
    <w:rsid w:val="00333CAA"/>
    <w:rsid w:val="00391770"/>
    <w:rsid w:val="003C3941"/>
    <w:rsid w:val="00403CF8"/>
    <w:rsid w:val="00567EA7"/>
    <w:rsid w:val="005D51F5"/>
    <w:rsid w:val="009B71D9"/>
    <w:rsid w:val="00A57197"/>
    <w:rsid w:val="00AA1D8D"/>
    <w:rsid w:val="00AA3E62"/>
    <w:rsid w:val="00B47730"/>
    <w:rsid w:val="00B6181E"/>
    <w:rsid w:val="00C16CB4"/>
    <w:rsid w:val="00C95EE9"/>
    <w:rsid w:val="00CA4EA8"/>
    <w:rsid w:val="00CB0664"/>
    <w:rsid w:val="00D353B1"/>
    <w:rsid w:val="00D86A0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EDFC11"/>
  <w14:defaultImageDpi w14:val="300"/>
  <w15:docId w15:val="{14278BBB-A71A-41FE-8C66-8D13817B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31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623</Characters>
  <Application>Microsoft Office Word</Application>
  <DocSecurity>0</DocSecurity>
  <Lines>80</Lines>
  <Paragraphs>34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Pierre Seguin</cp:lastModifiedBy>
  <cp:revision>3</cp:revision>
  <dcterms:created xsi:type="dcterms:W3CDTF">2026-01-11T18:20:00Z</dcterms:created>
  <dcterms:modified xsi:type="dcterms:W3CDTF">2026-01-11T18:21:00Z</dcterms:modified>
  <cp:category/>
</cp:coreProperties>
</file>